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 /><Relationship Id="rId2" Type="http://schemas.openxmlformats.org/package/2006/relationships/metadata/thumbnail" Target="docProps/thumbnail.jpeg" /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7E351C" w14:textId="7E6976C0" w:rsidR="00A021EA" w:rsidRDefault="004070C0">
      <w:pPr>
        <w:pStyle w:val="Judul1"/>
      </w:pPr>
      <w:proofErr w:type="spellStart"/>
      <w:r>
        <w:t>Makanan</w:t>
      </w:r>
      <w:proofErr w:type="spellEnd"/>
      <w:r>
        <w:t xml:space="preserve"> yang </w:t>
      </w:r>
      <w:proofErr w:type="spellStart"/>
      <w:r>
        <w:t>Diharamkan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r w:rsidR="00806E89">
        <w:t>Islam.</w:t>
      </w:r>
    </w:p>
    <w:p w14:paraId="5571B34D" w14:textId="77777777" w:rsidR="00806E89" w:rsidRDefault="00806E89" w:rsidP="00806E89"/>
    <w:p w14:paraId="008E5175" w14:textId="68365C3D" w:rsidR="00CF2FB7" w:rsidRPr="00806E89" w:rsidRDefault="00CF2FB7" w:rsidP="00806E89">
      <w:r>
        <w:t xml:space="preserve">Editor : </w:t>
      </w:r>
      <w:proofErr w:type="spellStart"/>
      <w:r>
        <w:t>Syasli.L</w:t>
      </w:r>
      <w:proofErr w:type="spellEnd"/>
      <w:r>
        <w:t>. Sidi</w:t>
      </w:r>
    </w:p>
    <w:p w14:paraId="39C85122" w14:textId="77777777" w:rsidR="00A021EA" w:rsidRDefault="004070C0">
      <w:pPr>
        <w:pStyle w:val="Judul2"/>
      </w:pPr>
      <w:r>
        <w:t>1. Keju dengan Enzim Babi</w:t>
      </w:r>
    </w:p>
    <w:p w14:paraId="54DD56A6" w14:textId="77777777" w:rsidR="00A021EA" w:rsidRDefault="004070C0">
      <w:r>
        <w:t>Label: Mengandung Enzim Babi / Non-halal Rennet</w:t>
      </w:r>
    </w:p>
    <w:p w14:paraId="4A51FB37" w14:textId="77777777" w:rsidR="00A021EA" w:rsidRDefault="004070C0">
      <w:r>
        <w:t>Dalil:</w:t>
      </w:r>
      <w:r>
        <w:br/>
        <w:t>"Sesungguhnya Dia hanya mengharamkan atasmu bangkai, darah, daging babi..." (QS. Al-Baqarah: 173)</w:t>
      </w:r>
    </w:p>
    <w:p w14:paraId="461F4FD0" w14:textId="77777777" w:rsidR="00A021EA" w:rsidRDefault="004070C0">
      <w:pPr>
        <w:pStyle w:val="Judul2"/>
      </w:pPr>
      <w:r>
        <w:t>2. Sosis Darah (Blood Sausage)</w:t>
      </w:r>
    </w:p>
    <w:p w14:paraId="3A45A871" w14:textId="77777777" w:rsidR="00A021EA" w:rsidRDefault="004070C0">
      <w:r>
        <w:t>Label: Mengandung Darah Hewan</w:t>
      </w:r>
    </w:p>
    <w:p w14:paraId="1D5BD4A3" w14:textId="77777777" w:rsidR="00A021EA" w:rsidRDefault="004070C0">
      <w:r>
        <w:t>Dalil:</w:t>
      </w:r>
      <w:r>
        <w:br/>
        <w:t>"...atau darah yang mengalir, atau daging babi – karena sesungguhnya semua itu najis..." (QS. Al-An‘am: 145)</w:t>
      </w:r>
    </w:p>
    <w:p w14:paraId="66F94608" w14:textId="77777777" w:rsidR="00A021EA" w:rsidRDefault="004070C0">
      <w:r>
        <w:br w:type="page"/>
      </w:r>
    </w:p>
    <w:p w14:paraId="0400926D" w14:textId="77777777" w:rsidR="00A021EA" w:rsidRDefault="004070C0">
      <w:pPr>
        <w:pStyle w:val="Judul1"/>
      </w:pPr>
      <w:r>
        <w:t>Poster Edukasi Visual</w:t>
      </w:r>
    </w:p>
    <w:p w14:paraId="24FE1A32" w14:textId="77777777" w:rsidR="00A021EA" w:rsidRDefault="004070C0">
      <w:r>
        <w:rPr>
          <w:noProof/>
        </w:rPr>
        <w:drawing>
          <wp:inline distT="0" distB="0" distL="0" distR="0" wp14:anchorId="433FA54A" wp14:editId="7BB4D967">
            <wp:extent cx="5029200" cy="7543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flat-style_educational_digital_illustration_post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21EA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omorDafta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omorDafta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PoinDaftar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PoinDaftar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omorDafta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PoinDaftar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4856938">
    <w:abstractNumId w:val="8"/>
  </w:num>
  <w:num w:numId="2" w16cid:durableId="1949121516">
    <w:abstractNumId w:val="6"/>
  </w:num>
  <w:num w:numId="3" w16cid:durableId="1641768541">
    <w:abstractNumId w:val="5"/>
  </w:num>
  <w:num w:numId="4" w16cid:durableId="1155532737">
    <w:abstractNumId w:val="4"/>
  </w:num>
  <w:num w:numId="5" w16cid:durableId="1748721666">
    <w:abstractNumId w:val="7"/>
  </w:num>
  <w:num w:numId="6" w16cid:durableId="212696514">
    <w:abstractNumId w:val="3"/>
  </w:num>
  <w:num w:numId="7" w16cid:durableId="204948257">
    <w:abstractNumId w:val="2"/>
  </w:num>
  <w:num w:numId="8" w16cid:durableId="1381593381">
    <w:abstractNumId w:val="1"/>
  </w:num>
  <w:num w:numId="9" w16cid:durableId="10949790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10"/>
  <w:proofState w:spelling="clean" w:grammar="clean"/>
  <w:revisionView w:inkAnnotations="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728B5"/>
    <w:rsid w:val="00091BCA"/>
    <w:rsid w:val="0015074B"/>
    <w:rsid w:val="0025708A"/>
    <w:rsid w:val="0029639D"/>
    <w:rsid w:val="00326F90"/>
    <w:rsid w:val="004070C0"/>
    <w:rsid w:val="005D3FDD"/>
    <w:rsid w:val="005D6A8C"/>
    <w:rsid w:val="00806E89"/>
    <w:rsid w:val="00A021EA"/>
    <w:rsid w:val="00AA1D8D"/>
    <w:rsid w:val="00B47730"/>
    <w:rsid w:val="00CB0664"/>
    <w:rsid w:val="00CF2FB7"/>
    <w:rsid w:val="00E320BA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FFB0DAA"/>
  <w14:defaultImageDpi w14:val="300"/>
  <w15:docId w15:val="{44AF473C-83CA-2F4C-B5CA-9A663DFFC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Judul1">
    <w:name w:val="heading 1"/>
    <w:basedOn w:val="Normal"/>
    <w:next w:val="Normal"/>
    <w:link w:val="Judul1K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Judul2">
    <w:name w:val="heading 2"/>
    <w:basedOn w:val="Normal"/>
    <w:next w:val="Normal"/>
    <w:link w:val="Judul2K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Judul3">
    <w:name w:val="heading 3"/>
    <w:basedOn w:val="Normal"/>
    <w:next w:val="Normal"/>
    <w:link w:val="Judul3K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Judul4">
    <w:name w:val="heading 4"/>
    <w:basedOn w:val="Normal"/>
    <w:next w:val="Normal"/>
    <w:link w:val="Judul4K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Judul5">
    <w:name w:val="heading 5"/>
    <w:basedOn w:val="Normal"/>
    <w:next w:val="Normal"/>
    <w:link w:val="Judul5K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Judul6">
    <w:name w:val="heading 6"/>
    <w:basedOn w:val="Normal"/>
    <w:next w:val="Normal"/>
    <w:link w:val="Judul6K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Judul7">
    <w:name w:val="heading 7"/>
    <w:basedOn w:val="Normal"/>
    <w:next w:val="Normal"/>
    <w:link w:val="Judul7K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Judul8">
    <w:name w:val="heading 8"/>
    <w:basedOn w:val="Normal"/>
    <w:next w:val="Normal"/>
    <w:link w:val="Judul8K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Judul9">
    <w:name w:val="heading 9"/>
    <w:basedOn w:val="Normal"/>
    <w:next w:val="Normal"/>
    <w:link w:val="Judul9K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Header">
    <w:name w:val="header"/>
    <w:basedOn w:val="Normal"/>
    <w:link w:val="HeaderK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E618BF"/>
  </w:style>
  <w:style w:type="paragraph" w:styleId="Footer">
    <w:name w:val="footer"/>
    <w:basedOn w:val="Normal"/>
    <w:link w:val="FooterK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E618BF"/>
  </w:style>
  <w:style w:type="paragraph" w:styleId="TidakAdaSpasi">
    <w:name w:val="No Spacing"/>
    <w:uiPriority w:val="1"/>
    <w:qFormat/>
    <w:rsid w:val="00FC693F"/>
    <w:pPr>
      <w:spacing w:after="0" w:line="240" w:lineRule="auto"/>
    </w:pPr>
  </w:style>
  <w:style w:type="character" w:customStyle="1" w:styleId="Judul1KAR">
    <w:name w:val="Judul 1 KAR"/>
    <w:basedOn w:val="FontParagrafDefault"/>
    <w:link w:val="Judul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Judul2KAR">
    <w:name w:val="Judul 2 KAR"/>
    <w:basedOn w:val="FontParagrafDefault"/>
    <w:link w:val="Judul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Judul3KAR">
    <w:name w:val="Judul 3 KAR"/>
    <w:basedOn w:val="FontParagrafDefault"/>
    <w:link w:val="Judul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Judul">
    <w:name w:val="Title"/>
    <w:basedOn w:val="Normal"/>
    <w:next w:val="Normal"/>
    <w:link w:val="JudulK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JudulKAR">
    <w:name w:val="Judul KAR"/>
    <w:basedOn w:val="FontParagrafDefault"/>
    <w:link w:val="Judu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judul">
    <w:name w:val="Subtitle"/>
    <w:basedOn w:val="Normal"/>
    <w:next w:val="Normal"/>
    <w:link w:val="SubjudulK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judulKAR">
    <w:name w:val="Subjudul KAR"/>
    <w:basedOn w:val="FontParagrafDefault"/>
    <w:link w:val="Subjudu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DaftarParagraf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ksIsi">
    <w:name w:val="Body Text"/>
    <w:basedOn w:val="Normal"/>
    <w:link w:val="TeksIsiKAR"/>
    <w:uiPriority w:val="99"/>
    <w:unhideWhenUsed/>
    <w:rsid w:val="00AA1D8D"/>
    <w:pPr>
      <w:spacing w:after="120"/>
    </w:pPr>
  </w:style>
  <w:style w:type="character" w:customStyle="1" w:styleId="TeksIsiKAR">
    <w:name w:val="Teks Isi KAR"/>
    <w:basedOn w:val="FontParagrafDefault"/>
    <w:link w:val="TeksIsi"/>
    <w:uiPriority w:val="99"/>
    <w:rsid w:val="00AA1D8D"/>
  </w:style>
  <w:style w:type="paragraph" w:styleId="TeksIsi2">
    <w:name w:val="Body Text 2"/>
    <w:basedOn w:val="Normal"/>
    <w:link w:val="TeksIsi2KAR"/>
    <w:uiPriority w:val="99"/>
    <w:unhideWhenUsed/>
    <w:rsid w:val="00AA1D8D"/>
    <w:pPr>
      <w:spacing w:after="120" w:line="480" w:lineRule="auto"/>
    </w:pPr>
  </w:style>
  <w:style w:type="character" w:customStyle="1" w:styleId="TeksIsi2KAR">
    <w:name w:val="Teks Isi 2 KAR"/>
    <w:basedOn w:val="FontParagrafDefault"/>
    <w:link w:val="TeksIsi2"/>
    <w:uiPriority w:val="99"/>
    <w:rsid w:val="00AA1D8D"/>
  </w:style>
  <w:style w:type="paragraph" w:styleId="TeksIsi3">
    <w:name w:val="Body Text 3"/>
    <w:basedOn w:val="Normal"/>
    <w:link w:val="TeksIsi3K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ksIsi3KAR">
    <w:name w:val="Teks Isi 3 KAR"/>
    <w:basedOn w:val="FontParagrafDefault"/>
    <w:link w:val="TeksIsi3"/>
    <w:uiPriority w:val="99"/>
    <w:rsid w:val="00AA1D8D"/>
    <w:rPr>
      <w:sz w:val="16"/>
      <w:szCs w:val="16"/>
    </w:rPr>
  </w:style>
  <w:style w:type="paragraph" w:styleId="Daftar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Daftar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Daftar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PoinDaftar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PoinDaftar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PoinDaftar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omorDafta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NomorDafta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NomorDafta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DaftarBerkelanjutan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DaftarBerkelanjutan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DaftarBerkelanjutan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ksMakro">
    <w:name w:val="macro"/>
    <w:link w:val="TeksMakroK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ksMakroKAR">
    <w:name w:val="Teks Makro KAR"/>
    <w:basedOn w:val="FontParagrafDefault"/>
    <w:link w:val="TeksMakro"/>
    <w:uiPriority w:val="99"/>
    <w:rsid w:val="0029639D"/>
    <w:rPr>
      <w:rFonts w:ascii="Courier" w:hAnsi="Courier"/>
      <w:sz w:val="20"/>
      <w:szCs w:val="20"/>
    </w:rPr>
  </w:style>
  <w:style w:type="paragraph" w:styleId="Kutipan">
    <w:name w:val="Quote"/>
    <w:basedOn w:val="Normal"/>
    <w:next w:val="Normal"/>
    <w:link w:val="KutipanKAR"/>
    <w:uiPriority w:val="29"/>
    <w:qFormat/>
    <w:rsid w:val="00FC693F"/>
    <w:rPr>
      <w:i/>
      <w:iCs/>
      <w:color w:val="000000" w:themeColor="text1"/>
    </w:rPr>
  </w:style>
  <w:style w:type="character" w:customStyle="1" w:styleId="KutipanKAR">
    <w:name w:val="Kutipan KAR"/>
    <w:basedOn w:val="FontParagrafDefault"/>
    <w:link w:val="Kutipan"/>
    <w:uiPriority w:val="29"/>
    <w:rsid w:val="00FC693F"/>
    <w:rPr>
      <w:i/>
      <w:iCs/>
      <w:color w:val="000000" w:themeColor="text1"/>
    </w:rPr>
  </w:style>
  <w:style w:type="character" w:customStyle="1" w:styleId="Judul4KAR">
    <w:name w:val="Judul 4 KAR"/>
    <w:basedOn w:val="FontParagrafDefault"/>
    <w:link w:val="Judul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Judul5KAR">
    <w:name w:val="Judul 5 KAR"/>
    <w:basedOn w:val="FontParagrafDefault"/>
    <w:link w:val="Judul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Judul6KAR">
    <w:name w:val="Judul 6 KAR"/>
    <w:basedOn w:val="FontParagrafDefault"/>
    <w:link w:val="Judul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Judul7KAR">
    <w:name w:val="Judul 7 KAR"/>
    <w:basedOn w:val="FontParagrafDefault"/>
    <w:link w:val="Judul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Judul8KAR">
    <w:name w:val="Judul 8 KAR"/>
    <w:basedOn w:val="FontParagrafDefault"/>
    <w:link w:val="Judul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Judul9KAR">
    <w:name w:val="Judul 9 KAR"/>
    <w:basedOn w:val="FontParagrafDefault"/>
    <w:link w:val="Judul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eteranga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Kuat">
    <w:name w:val="Strong"/>
    <w:basedOn w:val="FontParagrafDefault"/>
    <w:uiPriority w:val="22"/>
    <w:qFormat/>
    <w:rsid w:val="00FC693F"/>
    <w:rPr>
      <w:b/>
      <w:bCs/>
    </w:rPr>
  </w:style>
  <w:style w:type="character" w:styleId="Penekanan">
    <w:name w:val="Emphasis"/>
    <w:basedOn w:val="FontParagrafDefault"/>
    <w:uiPriority w:val="20"/>
    <w:qFormat/>
    <w:rsid w:val="00FC693F"/>
    <w:rPr>
      <w:i/>
      <w:iCs/>
    </w:rPr>
  </w:style>
  <w:style w:type="paragraph" w:styleId="KutipanyangSering">
    <w:name w:val="Intense Quote"/>
    <w:basedOn w:val="Normal"/>
    <w:next w:val="Normal"/>
    <w:link w:val="KutipanyangSeringK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KutipanyangSeringKAR">
    <w:name w:val="Kutipan yang Sering KAR"/>
    <w:basedOn w:val="FontParagrafDefault"/>
    <w:link w:val="KutipanyangSering"/>
    <w:uiPriority w:val="30"/>
    <w:rsid w:val="00FC693F"/>
    <w:rPr>
      <w:b/>
      <w:bCs/>
      <w:i/>
      <w:iCs/>
      <w:color w:val="4F81BD" w:themeColor="accent1"/>
    </w:rPr>
  </w:style>
  <w:style w:type="character" w:styleId="PenekananHalus">
    <w:name w:val="Subtle Emphasis"/>
    <w:basedOn w:val="FontParagrafDefault"/>
    <w:uiPriority w:val="19"/>
    <w:qFormat/>
    <w:rsid w:val="00FC693F"/>
    <w:rPr>
      <w:i/>
      <w:iCs/>
      <w:color w:val="808080" w:themeColor="text1" w:themeTint="7F"/>
    </w:rPr>
  </w:style>
  <w:style w:type="character" w:styleId="PenekananKeras">
    <w:name w:val="Intense Emphasis"/>
    <w:basedOn w:val="FontParagrafDefault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siRumit">
    <w:name w:val="Subtle Reference"/>
    <w:basedOn w:val="FontParagrafDefault"/>
    <w:uiPriority w:val="31"/>
    <w:qFormat/>
    <w:rsid w:val="00FC693F"/>
    <w:rPr>
      <w:smallCaps/>
      <w:color w:val="C0504D" w:themeColor="accent2"/>
      <w:u w:val="single"/>
    </w:rPr>
  </w:style>
  <w:style w:type="character" w:styleId="ReferensiyangSering">
    <w:name w:val="Intense Reference"/>
    <w:basedOn w:val="FontParagrafDefaul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JudulBuku">
    <w:name w:val="Book Title"/>
    <w:basedOn w:val="FontParagrafDefault"/>
    <w:uiPriority w:val="33"/>
    <w:qFormat/>
    <w:rsid w:val="00FC693F"/>
    <w:rPr>
      <w:b/>
      <w:bCs/>
      <w:smallCaps/>
      <w:spacing w:val="5"/>
    </w:rPr>
  </w:style>
  <w:style w:type="paragraph" w:styleId="JudulTOC">
    <w:name w:val="TOC Heading"/>
    <w:basedOn w:val="Judul1"/>
    <w:next w:val="Normal"/>
    <w:uiPriority w:val="39"/>
    <w:semiHidden/>
    <w:unhideWhenUsed/>
    <w:qFormat/>
    <w:rsid w:val="00FC693F"/>
    <w:pPr>
      <w:outlineLvl w:val="9"/>
    </w:pPr>
  </w:style>
  <w:style w:type="table" w:styleId="KisiTabel">
    <w:name w:val="Table Grid"/>
    <w:basedOn w:val="Tabel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BayanganTipis">
    <w:name w:val="Light Shading"/>
    <w:basedOn w:val="Tabel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BayanganCahaya-Aksen1">
    <w:name w:val="Light Shading Accent 1"/>
    <w:basedOn w:val="Tabel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BayanganCahaya-Aksen2">
    <w:name w:val="Light Shading Accent 2"/>
    <w:basedOn w:val="Tabel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BayanganCahaya-Aksen3">
    <w:name w:val="Light Shading Accent 3"/>
    <w:basedOn w:val="Tabel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BayanganCahaya-Aksen4">
    <w:name w:val="Light Shading Accent 4"/>
    <w:basedOn w:val="Tabel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BayanganCahaya-Aksen5">
    <w:name w:val="Light Shading Accent 5"/>
    <w:basedOn w:val="Tabel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BayanganCahaya-Aksen6">
    <w:name w:val="Light Shading Accent 6"/>
    <w:basedOn w:val="Tabel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DaftarCahaya">
    <w:name w:val="Light List"/>
    <w:basedOn w:val="Tabel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DaftarCahaya-Aksen1">
    <w:name w:val="Light List Accent 1"/>
    <w:basedOn w:val="Tabel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DaftarCahaya-Aksen2">
    <w:name w:val="Light List Accent 2"/>
    <w:basedOn w:val="Tabel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DaftarCahaya-Aksen3">
    <w:name w:val="Light List Accent 3"/>
    <w:basedOn w:val="Tabel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DaftarCahaya-Aksen4">
    <w:name w:val="Light List Accent 4"/>
    <w:basedOn w:val="Tabel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DaftarCahaya-Aksen5">
    <w:name w:val="Light List Accent 5"/>
    <w:basedOn w:val="Tabel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DaftarCahaya-Aksen6">
    <w:name w:val="Light List Accent 6"/>
    <w:basedOn w:val="Tabel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KisiCahaya">
    <w:name w:val="Light Grid"/>
    <w:basedOn w:val="Tabel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KisiCahaya-Aksen1">
    <w:name w:val="Light Grid Accent 1"/>
    <w:basedOn w:val="Tabel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KisiCahaya-Aksen2">
    <w:name w:val="Light Grid Accent 2"/>
    <w:basedOn w:val="Tabel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KisiCahaya-Aksen3">
    <w:name w:val="Light Grid Accent 3"/>
    <w:basedOn w:val="Tabel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KisiCahaya-Aksen4">
    <w:name w:val="Light Grid Accent 4"/>
    <w:basedOn w:val="Tabel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KisiCahaya-Aksen5">
    <w:name w:val="Light Grid Accent 5"/>
    <w:basedOn w:val="Tabel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KisiCahaya-Aksen6">
    <w:name w:val="Light Grid Accent 6"/>
    <w:basedOn w:val="Tabel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BayanganSedang1">
    <w:name w:val="Medium Shading 1"/>
    <w:basedOn w:val="Tabel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BayanganSedang1-Aksen1">
    <w:name w:val="Medium Shading 1 Accent 1"/>
    <w:basedOn w:val="Tabel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BayanganSedang1-Aksen2">
    <w:name w:val="Medium Shading 1 Accent 2"/>
    <w:basedOn w:val="Tabel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BayanganSedang1-Aksen3">
    <w:name w:val="Medium Shading 1 Accent 3"/>
    <w:basedOn w:val="Tabel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BayanganSedang1-Aksen4">
    <w:name w:val="Medium Shading 1 Accent 4"/>
    <w:basedOn w:val="Tabel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BayanganSedang1-Aksen5">
    <w:name w:val="Medium Shading 1 Accent 5"/>
    <w:basedOn w:val="Tabel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BayanganSedang1-Aksen6">
    <w:name w:val="Medium Shading 1 Accent 6"/>
    <w:basedOn w:val="Tabel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BayanganSedang2">
    <w:name w:val="Medium Shading 2"/>
    <w:basedOn w:val="Tabel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BayanganSedang2-Aksen1">
    <w:name w:val="Medium Shading 2 Accent 1"/>
    <w:basedOn w:val="Tabel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BayanganSedang2-Aksen2">
    <w:name w:val="Medium Shading 2 Accent 2"/>
    <w:basedOn w:val="Tabel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BayanganSedang2-Aksen3">
    <w:name w:val="Medium Shading 2 Accent 3"/>
    <w:basedOn w:val="Tabel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BayanganSedang2-Aksen4">
    <w:name w:val="Medium Shading 2 Accent 4"/>
    <w:basedOn w:val="Tabel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BayanganSedang2-Aksen5">
    <w:name w:val="Medium Shading 2 Accent 5"/>
    <w:basedOn w:val="Tabel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BayanganSedang2-Aksen6">
    <w:name w:val="Medium Shading 2 Accent 6"/>
    <w:basedOn w:val="Tabel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DaftarSedang1">
    <w:name w:val="Medium List 1"/>
    <w:basedOn w:val="Tabel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DaftarSedang1-Aksen1">
    <w:name w:val="Medium List 1 Accent 1"/>
    <w:basedOn w:val="Tabel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DaftarSedang1-Aksen2">
    <w:name w:val="Medium List 1 Accent 2"/>
    <w:basedOn w:val="Tabel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DaftarSedang1-Aksen3">
    <w:name w:val="Medium List 1 Accent 3"/>
    <w:basedOn w:val="Tabel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DaftarSedang1-Aksen4">
    <w:name w:val="Medium List 1 Accent 4"/>
    <w:basedOn w:val="Tabel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DaftarSedang1-Aksen5">
    <w:name w:val="Medium List 1 Accent 5"/>
    <w:basedOn w:val="Tabel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DaftarSedang1-Aksen6">
    <w:name w:val="Medium List 1 Accent 6"/>
    <w:basedOn w:val="Tabel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DaftarSedang2">
    <w:name w:val="Medium List 2"/>
    <w:basedOn w:val="Tabel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ftarSedang2-Aksen1">
    <w:name w:val="Medium List 2 Accent 1"/>
    <w:basedOn w:val="Tabel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ftarSedang2-Aksen2">
    <w:name w:val="Medium List 2 Accent 2"/>
    <w:basedOn w:val="Tabel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ftarSedang2-Aksen3">
    <w:name w:val="Medium List 2 Accent 3"/>
    <w:basedOn w:val="Tabel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ftarSedang2-Aksen4">
    <w:name w:val="Medium List 2 Accent 4"/>
    <w:basedOn w:val="Tabel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ftarSedang2-Aksen5">
    <w:name w:val="Medium List 2 Accent 5"/>
    <w:basedOn w:val="Tabel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ftarSedang2-Aksen6">
    <w:name w:val="Medium List 2 Accent 6"/>
    <w:basedOn w:val="Tabel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isiSedang1">
    <w:name w:val="Medium Grid 1"/>
    <w:basedOn w:val="Tabel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isiSedang1-Aksen1">
    <w:name w:val="Medium Grid 1 Accent 1"/>
    <w:basedOn w:val="Tabel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isiSedang1-Aksen2">
    <w:name w:val="Medium Grid 1 Accent 2"/>
    <w:basedOn w:val="Tabel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isiSedang1-Aksen3">
    <w:name w:val="Medium Grid 1 Accent 3"/>
    <w:basedOn w:val="Tabel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isiSedang1-Aksen4">
    <w:name w:val="Medium Grid 1 Accent 4"/>
    <w:basedOn w:val="Tabel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isiSedang1-Aksen5">
    <w:name w:val="Medium Grid 1 Accent 5"/>
    <w:basedOn w:val="Tabel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isiSedang1-Aksen6">
    <w:name w:val="Medium Grid 1 Accent 6"/>
    <w:basedOn w:val="Tabel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isiSedang2">
    <w:name w:val="Medium Grid 2"/>
    <w:basedOn w:val="Tabel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isiSedang2-Aksen1">
    <w:name w:val="Medium Grid 2 Accent 1"/>
    <w:basedOn w:val="Tabel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isiSedang2-Aksen2">
    <w:name w:val="Medium Grid 2 Accent 2"/>
    <w:basedOn w:val="Tabel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isiSedang2-Aksen3">
    <w:name w:val="Medium Grid 2 Accent 3"/>
    <w:basedOn w:val="Tabel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isiSedang2-Aksen4">
    <w:name w:val="Medium Grid 2 Accent 4"/>
    <w:basedOn w:val="Tabel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isiSedang2-Aksen5">
    <w:name w:val="Medium Grid 2 Accent 5"/>
    <w:basedOn w:val="Tabel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isiSedang2-Aksen6">
    <w:name w:val="Medium Grid 2 Accent 6"/>
    <w:basedOn w:val="Tabel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isiSedang3">
    <w:name w:val="Medium Grid 3"/>
    <w:basedOn w:val="Tabel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KisiSedang3-Aksen1">
    <w:name w:val="Medium Grid 3 Accent 1"/>
    <w:basedOn w:val="Tabel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KisiSedang3-Aksen2">
    <w:name w:val="Medium Grid 3 Accent 2"/>
    <w:basedOn w:val="Tabel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KisiSedang3-Aksen3">
    <w:name w:val="Medium Grid 3 Accent 3"/>
    <w:basedOn w:val="Tabel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KisiSedang3-Aksen4">
    <w:name w:val="Medium Grid 3 Accent 4"/>
    <w:basedOn w:val="Tabel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KisiSedang3-Aksen5">
    <w:name w:val="Medium Grid 3 Accent 5"/>
    <w:basedOn w:val="Tabel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KisiSedang3-Aksen6">
    <w:name w:val="Medium Grid 3 Accent 6"/>
    <w:basedOn w:val="Tabel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ftarGelap">
    <w:name w:val="Dark List"/>
    <w:basedOn w:val="Tabel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ftarGelap-Aksen1">
    <w:name w:val="Dark List Accent 1"/>
    <w:basedOn w:val="Tabel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ftarGelap-Aksen2">
    <w:name w:val="Dark List Accent 2"/>
    <w:basedOn w:val="Tabel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ftarGelap-Aksen3">
    <w:name w:val="Dark List Accent 3"/>
    <w:basedOn w:val="Tabel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ftarGelap-Aksen4">
    <w:name w:val="Dark List Accent 4"/>
    <w:basedOn w:val="Tabel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ftarGelap-Aksen5">
    <w:name w:val="Dark List Accent 5"/>
    <w:basedOn w:val="Tabel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ftarGelap-Aksen6">
    <w:name w:val="Dark List Accent 6"/>
    <w:basedOn w:val="Tabel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BayanganBerwarna">
    <w:name w:val="Colorful Shading"/>
    <w:basedOn w:val="Tabel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yanganBerwarna-Aksen1">
    <w:name w:val="Colorful Shading Accent 1"/>
    <w:basedOn w:val="Tabel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yanganBerwarna-Aksen2">
    <w:name w:val="Colorful Shading Accent 2"/>
    <w:basedOn w:val="Tabel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yanganBerwarna-Aksen3">
    <w:name w:val="Colorful Shading Accent 3"/>
    <w:basedOn w:val="Tabel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yanganBerwarna-Aksen4">
    <w:name w:val="Colorful Shading Accent 4"/>
    <w:basedOn w:val="Tabel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yanganBerwarna-Aksen5">
    <w:name w:val="Colorful Shading Accent 5"/>
    <w:basedOn w:val="Tabel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yanganBerwarna-Aksen6">
    <w:name w:val="Colorful Shading Accent 6"/>
    <w:basedOn w:val="Tabel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ftarBerwarna">
    <w:name w:val="Colorful List"/>
    <w:basedOn w:val="Tabel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DaftarBerwarna-Aksen1">
    <w:name w:val="Colorful List Accent 1"/>
    <w:basedOn w:val="Tabel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DaftarBerwarna-Aksen2">
    <w:name w:val="Colorful List Accent 2"/>
    <w:basedOn w:val="Tabel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DaftarBerwarna-Aksen3">
    <w:name w:val="Colorful List Accent 3"/>
    <w:basedOn w:val="Tabel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DaftarBerwarna-Aksen4">
    <w:name w:val="Colorful List Accent 4"/>
    <w:basedOn w:val="Tabel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DaftarBerwarna-Aksen5">
    <w:name w:val="Colorful List Accent 5"/>
    <w:basedOn w:val="Tabel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DaftarBerwarna-Aksen6">
    <w:name w:val="Colorful List Accent 6"/>
    <w:basedOn w:val="Tabel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isiBerwarna">
    <w:name w:val="Colorful Grid"/>
    <w:basedOn w:val="Tabel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isiBerwarna-Aksen1">
    <w:name w:val="Colorful Grid Accent 1"/>
    <w:basedOn w:val="Tabel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isiBerwarna-Aksen2">
    <w:name w:val="Colorful Grid Accent 2"/>
    <w:basedOn w:val="Tabel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isiBerwarna-Aksen3">
    <w:name w:val="Colorful Grid Accent 3"/>
    <w:basedOn w:val="Tabel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isiBerwarna-Aksen4">
    <w:name w:val="Colorful Grid Accent 4"/>
    <w:basedOn w:val="Tabel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isiBerwarna-Aksen5">
    <w:name w:val="Colorful Grid Accent 5"/>
    <w:basedOn w:val="Tabel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isiBerwarna-Aksen6">
    <w:name w:val="Colorful Grid Accent 6"/>
    <w:basedOn w:val="Tabel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tyles" Target="styles.xml" /><Relationship Id="rId7" Type="http://schemas.openxmlformats.org/officeDocument/2006/relationships/fontTable" Target="fontTable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image" Target="media/image1.png" /><Relationship Id="rId5" Type="http://schemas.openxmlformats.org/officeDocument/2006/relationships/webSettings" Target="webSettings.xml" /><Relationship Id="rId4" Type="http://schemas.openxmlformats.org/officeDocument/2006/relationships/settings" Target="setting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landratsyasli@gmail.com</cp:lastModifiedBy>
  <cp:revision>2</cp:revision>
  <dcterms:created xsi:type="dcterms:W3CDTF">2025-05-20T04:28:00Z</dcterms:created>
  <dcterms:modified xsi:type="dcterms:W3CDTF">2025-05-20T04:28:00Z</dcterms:modified>
  <cp:category/>
</cp:coreProperties>
</file>